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Group presentation slide outline</w:t>
      </w:r>
    </w:p>
    <w:p>
      <w:r>
        <w:t>Plan the purpose, owner, evidence, and spoken explanation for each slide. Adapt the structure to your rubric.</w:t>
      </w:r>
    </w:p>
    <w:p>
      <w:pPr>
        <w:pStyle w:val="Heading2"/>
      </w:pPr>
      <w:r>
        <w:t>1  Question and roadmap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p>
      <w:pPr>
        <w:pStyle w:val="Heading2"/>
      </w:pPr>
      <w:r>
        <w:t>2  Context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p>
      <w:pPr>
        <w:pStyle w:val="Heading2"/>
      </w:pPr>
      <w:r>
        <w:t>3  Scope and definitions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p>
      <w:pPr>
        <w:pStyle w:val="Heading2"/>
      </w:pPr>
      <w:r>
        <w:t>4  First option or finding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p>
      <w:pPr>
        <w:pStyle w:val="Heading2"/>
      </w:pPr>
      <w:r>
        <w:t>5  Second option or finding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Slide outline continued</w:t>
      </w:r>
    </w:p>
    <w:p>
      <w:r>
        <w:t>Slides 6 to 10. Keep sources traceable and make limitations visible.</w:t>
      </w:r>
    </w:p>
    <w:p>
      <w:pPr>
        <w:pStyle w:val="Heading2"/>
      </w:pPr>
      <w:r>
        <w:t>6  Third option or finding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p>
      <w:pPr>
        <w:pStyle w:val="Heading2"/>
      </w:pPr>
      <w:r>
        <w:t>7  Comparison or synthesis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p>
      <w:pPr>
        <w:pStyle w:val="Heading2"/>
      </w:pPr>
      <w:r>
        <w:t>8  Recommendation or main conclusion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p>
      <w:pPr>
        <w:pStyle w:val="Heading2"/>
      </w:pPr>
      <w:r>
        <w:t>9  Next steps and limitations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p>
      <w:pPr>
        <w:pStyle w:val="Heading2"/>
      </w:pPr>
      <w:r>
        <w:t>10  References and questions</w:t>
      </w:r>
    </w:p>
    <w:p>
      <w:pPr>
        <w:spacing w:after="20"/>
      </w:pPr>
      <w:r>
        <w:t>Your slide title _________________________________________________</w:t>
      </w:r>
    </w:p>
    <w:p>
      <w:pPr>
        <w:spacing w:after="20"/>
      </w:pPr>
      <w:r>
        <w:t>Purpose _______________________  Owner __________  Reviewer ________</w:t>
      </w:r>
    </w:p>
    <w:p>
      <w:pPr>
        <w:spacing w:after="20"/>
      </w:pPr>
      <w:r>
        <w:t>Sources and citation details ________________________________________</w:t>
      </w:r>
    </w:p>
    <w:p>
      <w:pPr>
        <w:spacing w:after="20"/>
      </w:pPr>
      <w:r>
        <w:t>Speaking notes __________________________________________________</w:t>
      </w:r>
    </w:p>
    <w:p>
      <w:pPr>
        <w:spacing w:after="20"/>
      </w:pPr>
      <w:r>
        <w:t>________________________________________________________________</w:t>
      </w:r>
    </w:p>
    <w:sectPr w:rsidR="00FC693F" w:rsidRPr="0006063C" w:rsidSect="00034616">
      <w:pgSz w:w="12240" w:h="15840"/>
      <w:pgMar w:top="936" w:right="864" w:bottom="93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